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color w:val="000000"/>
          <w:u w:val="none"/>
        </w:rPr>
        <w:t>İLGİLİ KİŞİ BAŞVURU FORMU</w:t>
      </w:r>
    </w:p>
    <w:p>
      <w:pPr>
        <w:spacing w:after="120"/>
        <w:jc w:val="both"/>
      </w:pPr>
      <w:r>
        <w:rPr>
          <w:b/>
        </w:rPr>
        <w:t>Appazar Teknoloji Yazılım ve Ticaret Limited Şirketi (Miarem)</w:t>
      </w:r>
    </w:p>
    <w:p>
      <w:pPr>
        <w:spacing w:after="120"/>
        <w:jc w:val="both"/>
      </w:pPr>
      <w:r>
        <w:t>Sürüm: 2.0</w:t>
      </w:r>
    </w:p>
    <w:p>
      <w:pPr>
        <w:pBdr>
          <w:bottom w:val="single" w:sz="6" w:space="1" w:color="BBBBBB"/>
        </w:pBdr>
      </w:pPr>
    </w:p>
    <w:p>
      <w:pPr>
        <w:pStyle w:val="Heading1"/>
      </w:pPr>
      <w:r>
        <w:rPr>
          <w:color w:val="1F245C"/>
        </w:rPr>
        <w:t>Başvuru hakkında bilgilendirme</w:t>
      </w:r>
    </w:p>
    <w:p>
      <w:pPr>
        <w:spacing w:after="120"/>
        <w:jc w:val="both"/>
      </w:pPr>
      <w:r>
        <w:t>6698 sayılı Kişisel Verilerin Korunması Kanununun 11. maddesi kapsamındaki haklarınızı kullanmak için bu formu doldurarak Şirketimize iletebilirsiniz. Formun kullanılması zorunlu değildir, başvurunuzu Veri Sorumlusuna Başvuru Usul ve Esasları Hakkında Tebliğde belirtilen unsurları içerecek şekilde serbest metinle de yapabilirsiniz. Başvurular Türkçe yapılır.</w:t>
      </w:r>
    </w:p>
    <w:p>
      <w:pPr>
        <w:spacing w:after="120"/>
        <w:jc w:val="both"/>
      </w:pPr>
      <w:r>
        <w:t xml:space="preserve">Başvurunuz, talebinizin niteliğine göre en kısa sürede ve </w:t>
      </w:r>
      <w:r>
        <w:rPr>
          <w:b/>
        </w:rPr>
        <w:t>en geç otuz gün içinde</w:t>
      </w:r>
      <w:r>
        <w:t xml:space="preserve"> ücretsiz olarak sonuçlandırılır. İşlemin ayrıca bir maliyet gerektirmesi halinde Kişisel Verileri Koruma Kurulunca belirlenen tarifedeki ücret alınabilir.</w:t>
      </w:r>
    </w:p>
    <w:p>
      <w:pPr>
        <w:spacing w:after="120"/>
        <w:jc w:val="both"/>
      </w:pPr>
      <w:r>
        <w:rPr>
          <w:b/>
        </w:rPr>
        <w:t>Önemli uyarı.</w:t>
      </w:r>
      <w:r>
        <w:t xml:space="preserve"> Miarem CRM hizmetini kullanan bir şirketin sistemine kaydedilmiş kişisel verileriniz bakımından </w:t>
      </w:r>
      <w:r>
        <w:rPr>
          <w:b/>
        </w:rPr>
        <w:t>veri sorumlusu ilgili şirkettir</w:t>
      </w:r>
      <w:r>
        <w:t>, Şirketimiz yalnızca veri işleyen sıfatıyla hareket etmektedir. Bu tür talepleriniz için verinizi işleyen şirkete başvurmanız gerekir. Şirketimize ulaşan bu nitelikteki talepler ilgili şirkete yönlendirilir ve durum tarafınıza bildirilir.</w:t>
      </w:r>
    </w:p>
    <w:p>
      <w:pPr>
        <w:pBdr>
          <w:bottom w:val="single" w:sz="6" w:space="1" w:color="BBBBBB"/>
        </w:pBdr>
      </w:pPr>
    </w:p>
    <w:p>
      <w:pPr>
        <w:pStyle w:val="Heading1"/>
      </w:pPr>
      <w:r>
        <w:rPr>
          <w:color w:val="1F245C"/>
        </w:rPr>
        <w:t>BÖLÜM 1. BAŞVURU SAHİBİNİN BİLGİLERİ</w:t>
      </w:r>
    </w:p>
    <w:tbl>
      <w:tblPr>
        <w:tblStyle w:val="TableGrid"/>
        <w:tblW w:type="auto" w:w="0"/>
        <w:jc w:val="center"/>
        <w:tblLook w:firstColumn="1" w:firstRow="1" w:lastColumn="0" w:lastRow="0" w:noHBand="0" w:noVBand="1" w:val="04A0"/>
      </w:tblPr>
      <w:tblGrid>
        <w:gridCol w:w="4873"/>
        <w:gridCol w:w="4873"/>
      </w:tblGrid>
      <w:tr>
        <w:tc>
          <w:tcPr>
            <w:tcW w:type="dxa" w:w="4873"/>
            <w:shd w:val="clear" w:color="auto" w:fill="EDEDF5"/>
          </w:tcPr>
          <w:p>
            <w:r>
              <w:rPr>
                <w:b/>
              </w:rPr>
            </w:r>
            <w:r>
              <w:rPr>
                <w:b/>
              </w:rPr>
              <w:t>Alan</w:t>
            </w:r>
          </w:p>
        </w:tc>
        <w:tc>
          <w:tcPr>
            <w:tcW w:type="dxa" w:w="4873"/>
            <w:shd w:val="clear" w:color="auto" w:fill="EDEDF5"/>
          </w:tcPr>
          <w:p>
            <w:r>
              <w:rPr>
                <w:b/>
              </w:rPr>
            </w:r>
            <w:r>
              <w:rPr>
                <w:b/>
              </w:rPr>
              <w:t>Bilgi</w:t>
            </w:r>
          </w:p>
        </w:tc>
      </w:tr>
      <w:tr>
        <w:tc>
          <w:tcPr>
            <w:tcW w:type="dxa" w:w="4873"/>
          </w:tcPr>
          <w:p>
            <w:r/>
            <w:r>
              <w:t>Adı ve soyadı</w:t>
            </w:r>
          </w:p>
        </w:tc>
        <w:tc>
          <w:tcPr>
            <w:tcW w:type="dxa" w:w="4873"/>
          </w:tcPr>
          <w:p>
            <w:r/>
          </w:p>
        </w:tc>
      </w:tr>
      <w:tr>
        <w:tc>
          <w:tcPr>
            <w:tcW w:type="dxa" w:w="4873"/>
          </w:tcPr>
          <w:p>
            <w:r/>
            <w:r>
              <w:t>Türkiye Cumhuriyeti kimlik numarası (yabancılar için uyruk, pasaport numarası veya kimlik numarası)</w:t>
            </w:r>
          </w:p>
        </w:tc>
        <w:tc>
          <w:tcPr>
            <w:tcW w:type="dxa" w:w="4873"/>
          </w:tcPr>
          <w:p>
            <w:r/>
          </w:p>
        </w:tc>
      </w:tr>
      <w:tr>
        <w:tc>
          <w:tcPr>
            <w:tcW w:type="dxa" w:w="4873"/>
          </w:tcPr>
          <w:p>
            <w:r/>
            <w:r>
              <w:t>Tebligata esas yerleşim yeri veya iş yeri adresi</w:t>
            </w:r>
          </w:p>
        </w:tc>
        <w:tc>
          <w:tcPr>
            <w:tcW w:type="dxa" w:w="4873"/>
          </w:tcPr>
          <w:p>
            <w:r/>
          </w:p>
        </w:tc>
      </w:tr>
      <w:tr>
        <w:tc>
          <w:tcPr>
            <w:tcW w:type="dxa" w:w="4873"/>
          </w:tcPr>
          <w:p>
            <w:r/>
            <w:r>
              <w:t>Elektronik posta adresi</w:t>
            </w:r>
          </w:p>
        </w:tc>
        <w:tc>
          <w:tcPr>
            <w:tcW w:type="dxa" w:w="4873"/>
          </w:tcPr>
          <w:p>
            <w:r/>
          </w:p>
        </w:tc>
      </w:tr>
      <w:tr>
        <w:tc>
          <w:tcPr>
            <w:tcW w:type="dxa" w:w="4873"/>
          </w:tcPr>
          <w:p>
            <w:r/>
            <w:r>
              <w:t>Telefon numarası</w:t>
            </w:r>
          </w:p>
        </w:tc>
        <w:tc>
          <w:tcPr>
            <w:tcW w:type="dxa" w:w="4873"/>
          </w:tcPr>
          <w:p>
            <w:r/>
          </w:p>
        </w:tc>
      </w:tr>
      <w:tr>
        <w:tc>
          <w:tcPr>
            <w:tcW w:type="dxa" w:w="4873"/>
          </w:tcPr>
          <w:p>
            <w:r/>
            <w:r>
              <w:t>Faks numarası</w:t>
            </w:r>
          </w:p>
        </w:tc>
        <w:tc>
          <w:tcPr>
            <w:tcW w:type="dxa" w:w="4873"/>
          </w:tcPr>
          <w:p>
            <w:r/>
          </w:p>
        </w:tc>
      </w:tr>
    </w:tbl>
    <w:p/>
    <w:p>
      <w:pPr>
        <w:pStyle w:val="Heading1"/>
      </w:pPr>
      <w:r>
        <w:rPr>
          <w:color w:val="1F245C"/>
        </w:rPr>
        <w:t>BÖLÜM 2. ŞİRKETİMİZLE OLAN İLİŞKİNİZ</w:t>
      </w:r>
    </w:p>
    <w:p>
      <w:pPr>
        <w:spacing w:after="120"/>
        <w:jc w:val="both"/>
      </w:pPr>
      <w:r>
        <w:t>Lütfen size uyan seçeneği işaretleyiniz.</w:t>
      </w:r>
    </w:p>
    <w:p>
      <w:pPr>
        <w:spacing w:after="40"/>
        <w:ind w:left="340"/>
      </w:pPr>
      <w:r>
        <w:t xml:space="preserve">☐ </w:t>
      </w:r>
      <w:r>
        <w:t>Miarem CRM hesabı sahibiyim veya hesap yetkilisiyim</w:t>
      </w:r>
    </w:p>
    <w:p>
      <w:pPr>
        <w:spacing w:after="40"/>
        <w:ind w:left="340"/>
      </w:pPr>
      <w:r>
        <w:t xml:space="preserve">☐ </w:t>
      </w:r>
      <w:r>
        <w:t>Bir Miarem müşterisinin ekibinde alt kullanıcı olarak tanımlandım</w:t>
      </w:r>
    </w:p>
    <w:p>
      <w:pPr>
        <w:spacing w:after="40"/>
        <w:ind w:left="340"/>
      </w:pPr>
      <w:r>
        <w:t xml:space="preserve">☐ </w:t>
      </w:r>
      <w:r>
        <w:t>İnternet sitesi ziyaretçisiyim</w:t>
      </w:r>
    </w:p>
    <w:p>
      <w:pPr>
        <w:spacing w:after="40"/>
        <w:ind w:left="340"/>
      </w:pPr>
      <w:r>
        <w:t xml:space="preserve">☐ </w:t>
      </w:r>
      <w:r>
        <w:t>Destek veya iletişim kanalları üzerinden Şirketinizle iletişime geçtim</w:t>
      </w:r>
    </w:p>
    <w:p>
      <w:pPr>
        <w:spacing w:after="40"/>
        <w:ind w:left="340"/>
      </w:pPr>
      <w:r>
        <w:t xml:space="preserve">☐ </w:t>
      </w:r>
      <w:r>
        <w:t>Eski kullanıcıyım. Kullandığım dönem: ..............................</w:t>
      </w:r>
    </w:p>
    <w:p>
      <w:pPr>
        <w:spacing w:after="40"/>
        <w:ind w:left="340"/>
      </w:pPr>
      <w:r>
        <w:t xml:space="preserve">☐ </w:t>
      </w:r>
      <w:r>
        <w:t>Diğer: ..............................</w:t>
      </w:r>
    </w:p>
    <w:p>
      <w:pPr>
        <w:spacing w:after="120"/>
        <w:jc w:val="both"/>
      </w:pPr>
      <w:r>
        <w:t>İlişkili olduğunuz hesabın veya şirketin adı (biliyorsanız): ..............................</w:t>
      </w:r>
    </w:p>
    <w:p>
      <w:pPr>
        <w:pStyle w:val="Heading1"/>
      </w:pPr>
      <w:r>
        <w:rPr>
          <w:color w:val="1F245C"/>
        </w:rPr>
        <w:t>BÖLÜM 3. TALEBİNİZ</w:t>
      </w:r>
    </w:p>
    <w:p>
      <w:pPr>
        <w:spacing w:after="120"/>
        <w:jc w:val="both"/>
      </w:pPr>
      <w:r>
        <w:t>Lütfen kullanmak istediğiniz hakkı işaretleyiniz. Birden fazla seçenek işaretleyebilirsiniz.</w:t>
      </w:r>
    </w:p>
    <w:tbl>
      <w:tblPr>
        <w:tblStyle w:val="TableGrid"/>
        <w:tblW w:type="auto" w:w="0"/>
        <w:jc w:val="center"/>
        <w:tblLook w:firstColumn="1" w:firstRow="1" w:lastColumn="0" w:lastRow="0" w:noHBand="0" w:noVBand="1" w:val="04A0"/>
      </w:tblPr>
      <w:tblGrid>
        <w:gridCol w:w="4873"/>
        <w:gridCol w:w="4873"/>
      </w:tblGrid>
      <w:tr>
        <w:tc>
          <w:tcPr>
            <w:tcW w:type="dxa" w:w="4873"/>
            <w:shd w:val="clear" w:color="auto" w:fill="EDEDF5"/>
          </w:tcPr>
          <w:p>
            <w:r>
              <w:rPr>
                <w:b/>
              </w:rPr>
            </w:r>
          </w:p>
        </w:tc>
        <w:tc>
          <w:tcPr>
            <w:tcW w:type="dxa" w:w="4873"/>
            <w:shd w:val="clear" w:color="auto" w:fill="EDEDF5"/>
          </w:tcPr>
          <w:p>
            <w:r>
              <w:rPr>
                <w:b/>
              </w:rPr>
            </w:r>
            <w:r>
              <w:rPr>
                <w:b/>
              </w:rPr>
              <w:t>Talep</w:t>
            </w:r>
          </w:p>
        </w:tc>
      </w:tr>
      <w:tr>
        <w:tc>
          <w:tcPr>
            <w:tcW w:type="dxa" w:w="4873"/>
          </w:tcPr>
          <w:p>
            <w:r/>
            <w:r>
              <w:t>[ ]</w:t>
            </w:r>
          </w:p>
        </w:tc>
        <w:tc>
          <w:tcPr>
            <w:tcW w:type="dxa" w:w="4873"/>
          </w:tcPr>
          <w:p>
            <w:r/>
            <w:r>
              <w:t>Kişisel verilerimin işlenip işlenmediğini öğrenmek istiyorum</w:t>
            </w:r>
          </w:p>
        </w:tc>
      </w:tr>
      <w:tr>
        <w:tc>
          <w:tcPr>
            <w:tcW w:type="dxa" w:w="4873"/>
          </w:tcPr>
          <w:p>
            <w:r/>
            <w:r>
              <w:t>[ ]</w:t>
            </w:r>
          </w:p>
        </w:tc>
        <w:tc>
          <w:tcPr>
            <w:tcW w:type="dxa" w:w="4873"/>
          </w:tcPr>
          <w:p>
            <w:r/>
            <w:r>
              <w:t>Kişisel verilerim işlenmişse buna ilişkin bilgi talep ediyorum</w:t>
            </w:r>
          </w:p>
        </w:tc>
      </w:tr>
      <w:tr>
        <w:tc>
          <w:tcPr>
            <w:tcW w:type="dxa" w:w="4873"/>
          </w:tcPr>
          <w:p>
            <w:r/>
            <w:r>
              <w:t>[ ]</w:t>
            </w:r>
          </w:p>
        </w:tc>
        <w:tc>
          <w:tcPr>
            <w:tcW w:type="dxa" w:w="4873"/>
          </w:tcPr>
          <w:p>
            <w:r/>
            <w:r>
              <w:t>Kişisel verilerimin işlenme amacını ve amacına uygun kullanılıp kullanılmadığını öğrenmek istiyorum</w:t>
            </w:r>
          </w:p>
        </w:tc>
      </w:tr>
      <w:tr>
        <w:tc>
          <w:tcPr>
            <w:tcW w:type="dxa" w:w="4873"/>
          </w:tcPr>
          <w:p>
            <w:r/>
            <w:r>
              <w:t>[ ]</w:t>
            </w:r>
          </w:p>
        </w:tc>
        <w:tc>
          <w:tcPr>
            <w:tcW w:type="dxa" w:w="4873"/>
          </w:tcPr>
          <w:p>
            <w:r/>
            <w:r>
              <w:t>Kişisel verilerimin yurt içinde veya yurt dışında aktarıldığı üçüncü kişileri bilmek istiyorum</w:t>
            </w:r>
          </w:p>
        </w:tc>
      </w:tr>
      <w:tr>
        <w:tc>
          <w:tcPr>
            <w:tcW w:type="dxa" w:w="4873"/>
          </w:tcPr>
          <w:p>
            <w:r/>
            <w:r>
              <w:t>[ ]</w:t>
            </w:r>
          </w:p>
        </w:tc>
        <w:tc>
          <w:tcPr>
            <w:tcW w:type="dxa" w:w="4873"/>
          </w:tcPr>
          <w:p>
            <w:r/>
            <w:r>
              <w:t>Kişisel verilerim eksik veya yanlış işlenmiştir, düzeltilmesini talep ediyorum</w:t>
            </w:r>
          </w:p>
        </w:tc>
      </w:tr>
      <w:tr>
        <w:tc>
          <w:tcPr>
            <w:tcW w:type="dxa" w:w="4873"/>
          </w:tcPr>
          <w:p>
            <w:r/>
            <w:r>
              <w:t>[ ]</w:t>
            </w:r>
          </w:p>
        </w:tc>
        <w:tc>
          <w:tcPr>
            <w:tcW w:type="dxa" w:w="4873"/>
          </w:tcPr>
          <w:p>
            <w:r/>
            <w:r>
              <w:t>Kişisel verilerimin silinmesini veya yok edilmesini talep ediyorum</w:t>
            </w:r>
          </w:p>
        </w:tc>
      </w:tr>
      <w:tr>
        <w:tc>
          <w:tcPr>
            <w:tcW w:type="dxa" w:w="4873"/>
          </w:tcPr>
          <w:p>
            <w:r/>
            <w:r>
              <w:t>[ ]</w:t>
            </w:r>
          </w:p>
        </w:tc>
        <w:tc>
          <w:tcPr>
            <w:tcW w:type="dxa" w:w="4873"/>
          </w:tcPr>
          <w:p>
            <w:r/>
            <w:r>
              <w:t>Düzeltme, silme veya yok etme işleminin verilerimin aktarıldığı üçüncü kişilere bildirilmesini talep ediyorum</w:t>
            </w:r>
          </w:p>
        </w:tc>
      </w:tr>
      <w:tr>
        <w:tc>
          <w:tcPr>
            <w:tcW w:type="dxa" w:w="4873"/>
          </w:tcPr>
          <w:p>
            <w:r/>
            <w:r>
              <w:t>[ ]</w:t>
            </w:r>
          </w:p>
        </w:tc>
        <w:tc>
          <w:tcPr>
            <w:tcW w:type="dxa" w:w="4873"/>
          </w:tcPr>
          <w:p>
            <w:r/>
            <w:r>
              <w:t>İşlenen verilerimin münhasıran otomatik sistemlerle analiz edilmesi suretiyle aleyhime çıkan sonuca itiraz ediyorum</w:t>
            </w:r>
          </w:p>
        </w:tc>
      </w:tr>
      <w:tr>
        <w:tc>
          <w:tcPr>
            <w:tcW w:type="dxa" w:w="4873"/>
          </w:tcPr>
          <w:p>
            <w:r/>
            <w:r>
              <w:t>[ ]</w:t>
            </w:r>
          </w:p>
        </w:tc>
        <w:tc>
          <w:tcPr>
            <w:tcW w:type="dxa" w:w="4873"/>
          </w:tcPr>
          <w:p>
            <w:r/>
            <w:r>
              <w:t>Kişisel verilerimin kanuna aykırı işlenmesi nedeniyle uğradığım zararın giderilmesini talep ediyorum</w:t>
            </w:r>
          </w:p>
        </w:tc>
      </w:tr>
    </w:tbl>
    <w:p/>
    <w:p>
      <w:pPr>
        <w:spacing w:after="120"/>
        <w:jc w:val="both"/>
      </w:pPr>
      <w:r>
        <w:rPr>
          <w:b/>
        </w:rPr>
        <w:t>Talebinizi ayrıntılı olarak açıklayınız.</w:t>
      </w:r>
      <w:r>
        <w:t xml:space="preserve"> Düzeltme talebinde bulunuyorsanız doğru bilgiyi, silme talebinde bulunuyorsanız hangi verilerin silinmesini istediğinizi belirtiniz.</w:t>
      </w:r>
    </w:p>
    <w:p>
      <w:pPr>
        <w:spacing w:after="120"/>
        <w:ind w:left="283"/>
      </w:pPr>
      <w:r>
        <w:rPr>
          <w:rFonts w:ascii="Consolas" w:hAnsi="Consolas"/>
          <w:sz w:val="18"/>
        </w:rPr>
        <w:t>.......................................................................................</w:t>
        <w:br/>
        <w:t>.......................................................................................</w:t>
        <w:br/>
        <w:t>.......................................................................................</w:t>
        <w:br/>
        <w:t>.......................................................................................</w:t>
      </w:r>
    </w:p>
    <w:p>
      <w:pPr>
        <w:spacing w:after="120"/>
        <w:jc w:val="both"/>
      </w:pPr>
      <w:r>
        <w:t>Talebinizi destekleyen belge varsa ekleyiniz. Ek belge listesi: ..............................</w:t>
      </w:r>
    </w:p>
    <w:p>
      <w:pPr>
        <w:pStyle w:val="Heading1"/>
      </w:pPr>
      <w:r>
        <w:rPr>
          <w:color w:val="1F245C"/>
        </w:rPr>
        <w:t>BÖLÜM 4. YANIT YÖNTEMİ</w:t>
      </w:r>
    </w:p>
    <w:p>
      <w:pPr>
        <w:spacing w:after="120"/>
        <w:jc w:val="both"/>
      </w:pPr>
      <w:r>
        <w:t>Başvurunuza verilecek yanıtın hangi yolla iletilmesini istersiniz?</w:t>
      </w:r>
    </w:p>
    <w:p>
      <w:pPr>
        <w:spacing w:after="40"/>
        <w:ind w:left="340"/>
      </w:pPr>
      <w:r>
        <w:t xml:space="preserve">☐ </w:t>
      </w:r>
      <w:r>
        <w:t>Adresime posta ile gönderilsin</w:t>
      </w:r>
    </w:p>
    <w:p>
      <w:pPr>
        <w:spacing w:after="40"/>
        <w:ind w:left="340"/>
      </w:pPr>
      <w:r>
        <w:t xml:space="preserve">☐ </w:t>
      </w:r>
      <w:r>
        <w:t>Elektronik posta adresime gönderilsin</w:t>
      </w:r>
    </w:p>
    <w:p>
      <w:pPr>
        <w:spacing w:after="40"/>
        <w:ind w:left="340"/>
      </w:pPr>
      <w:r>
        <w:t xml:space="preserve">☐ </w:t>
      </w:r>
      <w:r>
        <w:t>Elden teslim alacağım (vekaleten teslim alınması halinde noter tasdikli vekaletname gereklidir)</w:t>
      </w:r>
    </w:p>
    <w:p>
      <w:pPr>
        <w:pStyle w:val="Heading1"/>
      </w:pPr>
      <w:r>
        <w:rPr>
          <w:color w:val="1F245C"/>
        </w:rPr>
        <w:t>BÖLÜM 5. BEYAN VE İMZA</w:t>
      </w:r>
    </w:p>
    <w:p>
      <w:pPr>
        <w:spacing w:after="120"/>
        <w:jc w:val="both"/>
      </w:pPr>
      <w:r>
        <w:t>Bu formda belirttiğim bilgilerin doğru ve güncel olduğunu, Şirketinizin başvurumu sonuçlandırabilmek için kimliğimi doğrulayıcı bilgi ve belge talep edebileceğini, talebimin mevzuatta öngörülen süre içinde sonuçlandırılacağını bildiğimi beyan ederim.</w:t>
      </w:r>
    </w:p>
    <w:tbl>
      <w:tblPr>
        <w:tblStyle w:val="TableGrid"/>
        <w:tblW w:type="auto" w:w="0"/>
        <w:jc w:val="center"/>
        <w:tblLook w:firstColumn="1" w:firstRow="1" w:lastColumn="0" w:lastRow="0" w:noHBand="0" w:noVBand="1" w:val="04A0"/>
      </w:tblPr>
      <w:tblGrid>
        <w:gridCol w:w="4873"/>
        <w:gridCol w:w="4873"/>
      </w:tblGrid>
      <w:tr>
        <w:tc>
          <w:tcPr>
            <w:tcW w:type="dxa" w:w="4873"/>
          </w:tcPr>
          <w:p>
            <w:r/>
            <w:r>
              <w:t>Başvuru sahibinin adı soyadı</w:t>
            </w:r>
          </w:p>
        </w:tc>
        <w:tc>
          <w:tcPr>
            <w:tcW w:type="dxa" w:w="4873"/>
          </w:tcPr>
          <w:p>
            <w:r/>
          </w:p>
        </w:tc>
      </w:tr>
      <w:tr>
        <w:tc>
          <w:tcPr>
            <w:tcW w:type="dxa" w:w="4873"/>
          </w:tcPr>
          <w:p>
            <w:r/>
            <w:r>
              <w:t>Başvuru tarihi</w:t>
            </w:r>
          </w:p>
        </w:tc>
        <w:tc>
          <w:tcPr>
            <w:tcW w:type="dxa" w:w="4873"/>
          </w:tcPr>
          <w:p>
            <w:r/>
          </w:p>
        </w:tc>
      </w:tr>
      <w:tr>
        <w:tc>
          <w:tcPr>
            <w:tcW w:type="dxa" w:w="4873"/>
          </w:tcPr>
          <w:p>
            <w:r/>
            <w:r>
              <w:t>İmza</w:t>
            </w:r>
          </w:p>
        </w:tc>
        <w:tc>
          <w:tcPr>
            <w:tcW w:type="dxa" w:w="4873"/>
          </w:tcPr>
          <w:p>
            <w:r/>
          </w:p>
        </w:tc>
      </w:tr>
    </w:tbl>
    <w:p/>
    <w:p>
      <w:pPr>
        <w:pBdr>
          <w:bottom w:val="single" w:sz="6" w:space="1" w:color="BBBBBB"/>
        </w:pBdr>
      </w:pPr>
    </w:p>
    <w:p>
      <w:pPr>
        <w:pStyle w:val="Heading1"/>
      </w:pPr>
      <w:r>
        <w:rPr>
          <w:color w:val="1F245C"/>
        </w:rPr>
        <w:t>BAŞVURU KANALLARI</w:t>
      </w:r>
    </w:p>
    <w:tbl>
      <w:tblPr>
        <w:tblStyle w:val="TableGrid"/>
        <w:tblW w:type="auto" w:w="0"/>
        <w:jc w:val="center"/>
        <w:tblLook w:firstColumn="1" w:firstRow="1" w:lastColumn="0" w:lastRow="0" w:noHBand="0" w:noVBand="1" w:val="04A0"/>
      </w:tblPr>
      <w:tblGrid>
        <w:gridCol w:w="3249"/>
        <w:gridCol w:w="3249"/>
        <w:gridCol w:w="3249"/>
      </w:tblGrid>
      <w:tr>
        <w:tc>
          <w:tcPr>
            <w:tcW w:type="dxa" w:w="3249"/>
            <w:shd w:val="clear" w:color="auto" w:fill="EDEDF5"/>
          </w:tcPr>
          <w:p>
            <w:r>
              <w:rPr>
                <w:b/>
              </w:rPr>
            </w:r>
            <w:r>
              <w:rPr>
                <w:b/>
              </w:rPr>
              <w:t>Yöntem</w:t>
            </w:r>
          </w:p>
        </w:tc>
        <w:tc>
          <w:tcPr>
            <w:tcW w:type="dxa" w:w="3249"/>
            <w:shd w:val="clear" w:color="auto" w:fill="EDEDF5"/>
          </w:tcPr>
          <w:p>
            <w:r>
              <w:rPr>
                <w:b/>
              </w:rPr>
            </w:r>
            <w:r>
              <w:rPr>
                <w:b/>
              </w:rPr>
              <w:t>Adres</w:t>
            </w:r>
          </w:p>
        </w:tc>
        <w:tc>
          <w:tcPr>
            <w:tcW w:type="dxa" w:w="3249"/>
            <w:shd w:val="clear" w:color="auto" w:fill="EDEDF5"/>
          </w:tcPr>
          <w:p>
            <w:r>
              <w:rPr>
                <w:b/>
              </w:rPr>
            </w:r>
            <w:r>
              <w:rPr>
                <w:b/>
              </w:rPr>
              <w:t>Açıklama</w:t>
            </w:r>
          </w:p>
        </w:tc>
      </w:tr>
      <w:tr>
        <w:tc>
          <w:tcPr>
            <w:tcW w:type="dxa" w:w="3249"/>
          </w:tcPr>
          <w:p>
            <w:r/>
            <w:r>
              <w:t>Yazılı başvuru</w:t>
            </w:r>
          </w:p>
        </w:tc>
        <w:tc>
          <w:tcPr>
            <w:tcW w:type="dxa" w:w="3249"/>
          </w:tcPr>
          <w:p>
            <w:r/>
            <w:r>
              <w:t>19 Mayıs Mahallesi, Halaskargazi Caddesi No: 216 İç Kapı No: 3, Şişli / İstanbul</w:t>
            </w:r>
          </w:p>
        </w:tc>
        <w:tc>
          <w:tcPr>
            <w:tcW w:type="dxa" w:w="3249"/>
          </w:tcPr>
          <w:p>
            <w:r/>
            <w:r>
              <w:t>Islak imzalı form, kimlik tevsik edici belge ile şahsen veya noter aracılığıyla</w:t>
            </w:r>
          </w:p>
        </w:tc>
      </w:tr>
      <w:tr>
        <w:tc>
          <w:tcPr>
            <w:tcW w:type="dxa" w:w="3249"/>
          </w:tcPr>
          <w:p>
            <w:r/>
            <w:r>
              <w:t>Kayıtlı elektronik posta</w:t>
            </w:r>
          </w:p>
        </w:tc>
        <w:tc>
          <w:tcPr>
            <w:tcW w:type="dxa" w:w="3249"/>
          </w:tcPr>
          <w:p>
            <w:r>
              <w:t>appazarteknoloji@hs09.kep.tr</w:t>
            </w:r>
          </w:p>
        </w:tc>
        <w:tc>
          <w:tcPr>
            <w:tcW w:type="dxa" w:w="3249"/>
          </w:tcPr>
          <w:p>
            <w:r>
              <w:t>KEP üzerinden başvuru; güvenli elektronik imza, mobil imza ve Tebliğdeki diğer başvuru yolları da kullanılabilir.</w:t>
            </w:r>
          </w:p>
        </w:tc>
      </w:tr>
      <w:tr>
        <w:tc>
          <w:tcPr>
            <w:tcW w:type="dxa" w:w="3249"/>
          </w:tcPr>
          <w:p>
            <w:r>
              <w:t>Sistemde kayıtlı normal e-posta adresiniz</w:t>
            </w:r>
          </w:p>
        </w:tc>
        <w:tc>
          <w:tcPr>
            <w:tcW w:type="dxa" w:w="3249"/>
          </w:tcPr>
          <w:p>
            <w:r/>
            <w:r>
              <w:t>info@miarem.com</w:t>
            </w:r>
          </w:p>
        </w:tc>
        <w:tc>
          <w:tcPr>
            <w:tcW w:type="dxa" w:w="3249"/>
          </w:tcPr>
          <w:p>
            <w:r/>
            <w:r>
              <w:t>Yalnızca sistemimizde daha önce kayıtlı olan elektronik posta adresinizden gönderilmesi halinde geçerlidir</w:t>
            </w:r>
          </w:p>
        </w:tc>
      </w:tr>
    </w:tbl>
    <w:p/>
    <w:p>
      <w:pPr>
        <w:spacing w:after="120"/>
        <w:jc w:val="both"/>
      </w:pPr>
      <w:r>
        <w:rPr>
          <w:b/>
        </w:rPr>
        <w:t>Kişisel Verileri Koruma Kuruluna şikayet.</w:t>
      </w:r>
      <w:r>
        <w:t xml:space="preserve"> Başvurunuzun reddedilmesi, verilen yanıtı yetersiz bulmanız veya süresinde yanıt verilmemesi halinde, yanıtı öğrendiğiniz tarihten itibaren otuz ve her halde başvuru tarihinden itibaren altmış gün içinde Kurula şikayette bulunabilirsiniz.</w:t>
      </w:r>
    </w:p>
    <w:p>
      <w:pPr>
        <w:pBdr>
          <w:bottom w:val="single" w:sz="6" w:space="1" w:color="BBBBBB"/>
        </w:pBdr>
      </w:pPr>
    </w:p>
    <w:p>
      <w:pPr>
        <w:pStyle w:val="Heading2"/>
      </w:pPr>
      <w:r>
        <w:rPr>
          <w:color w:val="1F245C"/>
        </w:rPr>
        <w:t>ŞİRKET İÇİ KULLANIM ALANI (başvuru sahibi doldurmayacaktır)</w:t>
      </w:r>
    </w:p>
    <w:tbl>
      <w:tblPr>
        <w:tblStyle w:val="TableGrid"/>
        <w:tblW w:type="auto" w:w="0"/>
        <w:jc w:val="center"/>
        <w:tblLook w:firstColumn="1" w:firstRow="1" w:lastColumn="0" w:lastRow="0" w:noHBand="0" w:noVBand="1" w:val="04A0"/>
      </w:tblPr>
      <w:tblGrid>
        <w:gridCol w:w="4873"/>
        <w:gridCol w:w="4873"/>
      </w:tblGrid>
      <w:tr>
        <w:tc>
          <w:tcPr>
            <w:tcW w:type="dxa" w:w="4873"/>
          </w:tcPr>
          <w:p>
            <w:r/>
            <w:r>
              <w:t>Başvuru kayıt numarası</w:t>
            </w:r>
          </w:p>
        </w:tc>
        <w:tc>
          <w:tcPr>
            <w:tcW w:type="dxa" w:w="4873"/>
          </w:tcPr>
          <w:p>
            <w:r/>
          </w:p>
        </w:tc>
      </w:tr>
      <w:tr>
        <w:tc>
          <w:tcPr>
            <w:tcW w:type="dxa" w:w="4873"/>
          </w:tcPr>
          <w:p>
            <w:r/>
            <w:r>
              <w:t>Başvurunun ulaştığı tarih</w:t>
            </w:r>
          </w:p>
        </w:tc>
        <w:tc>
          <w:tcPr>
            <w:tcW w:type="dxa" w:w="4873"/>
          </w:tcPr>
          <w:p>
            <w:r/>
          </w:p>
        </w:tc>
      </w:tr>
      <w:tr>
        <w:tc>
          <w:tcPr>
            <w:tcW w:type="dxa" w:w="4873"/>
          </w:tcPr>
          <w:p>
            <w:r/>
            <w:r>
              <w:t>Başvuru kanalı</w:t>
            </w:r>
          </w:p>
        </w:tc>
        <w:tc>
          <w:tcPr>
            <w:tcW w:type="dxa" w:w="4873"/>
          </w:tcPr>
          <w:p>
            <w:r/>
          </w:p>
        </w:tc>
      </w:tr>
      <w:tr>
        <w:tc>
          <w:tcPr>
            <w:tcW w:type="dxa" w:w="4873"/>
          </w:tcPr>
          <w:p>
            <w:r/>
            <w:r>
              <w:t>Kimlik doğrulaması yapıldı mı</w:t>
            </w:r>
          </w:p>
        </w:tc>
        <w:tc>
          <w:tcPr>
            <w:tcW w:type="dxa" w:w="4873"/>
          </w:tcPr>
          <w:p>
            <w:r/>
          </w:p>
        </w:tc>
      </w:tr>
      <w:tr>
        <w:tc>
          <w:tcPr>
            <w:tcW w:type="dxa" w:w="4873"/>
          </w:tcPr>
          <w:p>
            <w:r/>
            <w:r>
              <w:t>Talebin niteliği</w:t>
            </w:r>
          </w:p>
        </w:tc>
        <w:tc>
          <w:tcPr>
            <w:tcW w:type="dxa" w:w="4873"/>
          </w:tcPr>
          <w:p>
            <w:r/>
          </w:p>
        </w:tc>
      </w:tr>
      <w:tr>
        <w:tc>
          <w:tcPr>
            <w:tcW w:type="dxa" w:w="4873"/>
          </w:tcPr>
          <w:p>
            <w:r/>
            <w:r>
              <w:t>İlgili birim veya kişi</w:t>
            </w:r>
          </w:p>
        </w:tc>
        <w:tc>
          <w:tcPr>
            <w:tcW w:type="dxa" w:w="4873"/>
          </w:tcPr>
          <w:p>
            <w:r/>
          </w:p>
        </w:tc>
      </w:tr>
      <w:tr>
        <w:tc>
          <w:tcPr>
            <w:tcW w:type="dxa" w:w="4873"/>
          </w:tcPr>
          <w:p>
            <w:r/>
            <w:r>
              <w:t>Yanıt tarihi (en geç 30 gün)</w:t>
            </w:r>
          </w:p>
        </w:tc>
        <w:tc>
          <w:tcPr>
            <w:tcW w:type="dxa" w:w="4873"/>
          </w:tcPr>
          <w:p>
            <w:r/>
          </w:p>
        </w:tc>
      </w:tr>
      <w:tr>
        <w:tc>
          <w:tcPr>
            <w:tcW w:type="dxa" w:w="4873"/>
          </w:tcPr>
          <w:p>
            <w:r/>
            <w:r>
              <w:t>Sonuç (kabul / kısmen kabul / ret)</w:t>
            </w:r>
          </w:p>
        </w:tc>
        <w:tc>
          <w:tcPr>
            <w:tcW w:type="dxa" w:w="4873"/>
          </w:tcPr>
          <w:p>
            <w:r/>
          </w:p>
        </w:tc>
      </w:tr>
      <w:tr>
        <w:tc>
          <w:tcPr>
            <w:tcW w:type="dxa" w:w="4873"/>
          </w:tcPr>
          <w:p>
            <w:r/>
            <w:r>
              <w:t>Ret gerekçesi</w:t>
            </w:r>
          </w:p>
        </w:tc>
        <w:tc>
          <w:tcPr>
            <w:tcW w:type="dxa" w:w="4873"/>
          </w:tcPr>
          <w:p>
            <w:r/>
          </w:p>
        </w:tc>
      </w:tr>
      <w:tr>
        <w:tc>
          <w:tcPr>
            <w:tcW w:type="dxa" w:w="4873"/>
          </w:tcPr>
          <w:p>
            <w:r/>
            <w:r>
              <w:t>Yanıtı hazırlayan</w:t>
            </w:r>
          </w:p>
        </w:tc>
        <w:tc>
          <w:tcPr>
            <w:tcW w:type="dxa" w:w="4873"/>
          </w:tcPr>
          <w:p>
            <w:r/>
          </w:p>
        </w:tc>
      </w:tr>
    </w:tbl>
    <w:p/>
    <w:p>
      <w:pPr>
        <w:spacing w:after="120"/>
        <w:jc w:val="both"/>
      </w:pPr>
      <w:r>
        <w:rPr>
          <w:b/>
        </w:rPr>
        <w:t>Cevap yazısı kontrol listesi (Başvuru Tebliği madde 6/4).</w:t>
      </w:r>
      <w:r>
        <w:t xml:space="preserve"> Gönderilmeden önce cevap yazısında şunların bulunduğu kontrol edilir.</w:t>
      </w:r>
    </w:p>
    <w:p>
      <w:pPr>
        <w:spacing w:after="40"/>
        <w:ind w:left="340"/>
      </w:pPr>
      <w:r>
        <w:t xml:space="preserve">☐ </w:t>
      </w:r>
      <w:r>
        <w:t>Veri sorumlusunun unvanı ve iletişim bilgileri</w:t>
      </w:r>
    </w:p>
    <w:p>
      <w:pPr>
        <w:spacing w:after="40"/>
        <w:ind w:left="340"/>
      </w:pPr>
      <w:r>
        <w:t xml:space="preserve">☐ </w:t>
      </w:r>
      <w:r>
        <w:t>Başvuru sahibinin adı soyadı, kimlik numarası veya uyruk ve pasaport numarası, tebligata esas adresi, varsa elektronik posta, telefon ve faks numarası</w:t>
      </w:r>
    </w:p>
    <w:p>
      <w:pPr>
        <w:spacing w:after="40"/>
        <w:ind w:left="340"/>
      </w:pPr>
      <w:r>
        <w:t xml:space="preserve">☐ </w:t>
      </w:r>
      <w:r>
        <w:t>Talep konusu</w:t>
      </w:r>
    </w:p>
    <w:p>
      <w:pPr>
        <w:spacing w:after="40"/>
        <w:ind w:left="340"/>
      </w:pPr>
      <w:r>
        <w:t xml:space="preserve">☐ </w:t>
      </w:r>
      <w:r>
        <w:t>Veri sorumlusunun başvuruya ilişkin açıklamaları</w:t>
      </w:r>
    </w:p>
    <w:p>
      <w:pPr>
        <w:spacing w:after="40"/>
        <w:ind w:left="340"/>
      </w:pPr>
      <w:r>
        <w:t xml:space="preserve">☐ </w:t>
      </w:r>
      <w:r>
        <w:t>Talep reddedildiyse gerekçesi</w:t>
      </w:r>
    </w:p>
    <w:p>
      <w:pPr>
        <w:spacing w:after="40"/>
        <w:ind w:left="340"/>
      </w:pPr>
      <w:r>
        <w:t xml:space="preserve">☐ </w:t>
      </w:r>
      <w:r>
        <w:t>Yazılı cevap on sayfayı aşıyorsa ücret bilgisi</w:t>
      </w:r>
    </w:p>
    <w:p>
      <w:pPr>
        <w:pBdr>
          <w:bottom w:val="single" w:sz="6" w:space="1" w:color="BBBBBB"/>
        </w:pBdr>
      </w:pP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Appazar Teknoloji</cp:lastModifiedBy>
  <cp:revision>1</cp:revision>
  <dcterms:created xsi:type="dcterms:W3CDTF">2013-12-23T23:15:00Z</dcterms:created>
  <dcterms:modified xsi:type="dcterms:W3CDTF">2013-12-23T23:15:00Z</dcterms:modified>
  <cp:category/>
  <cp:version>2.0</cp:version>
</cp:coreProperties>
</file>